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both"/>
        <w:rPr/>
      </w:pPr>
      <w:r w:rsidDel="00000000" w:rsidR="00000000" w:rsidRPr="00000000">
        <w:rPr>
          <w:b w:val="1"/>
          <w:bCs w:val="1"/>
          <w:sz w:val="19"/>
          <w:szCs w:val="19"/>
          <w:rtl w:val="0"/>
        </w:rPr>
        <w:t xml:space="preserve">ORIENTAÇÕES AO CANDIDATO</w:t>
      </w:r>
      <w:r w:rsidDel="00000000" w:rsidR="00000000" w:rsidRPr="00000000">
        <w:rPr>
          <w:rtl w:val="0"/>
        </w:rPr>
      </w:r>
    </w:p>
    <w:p w:rsidR="00000000" w:rsidDel="00000000" w:rsidP="00000000" w:rsidRDefault="00000000" w:rsidRPr="00000000" w14:paraId="00000002">
      <w:pPr>
        <w:spacing w:after="80" w:lineRule="auto"/>
        <w:jc w:val="both"/>
        <w:rPr>
          <w:b w:val="1"/>
          <w:bCs w:val="1"/>
          <w:sz w:val="24"/>
          <w:szCs w:val="24"/>
        </w:rPr>
      </w:pPr>
      <w:r w:rsidDel="00000000" w:rsidR="00000000" w:rsidRPr="00000000">
        <w:rPr>
          <w:i w:val="1"/>
          <w:iCs w:val="1"/>
          <w:sz w:val="17"/>
          <w:szCs w:val="17"/>
          <w:rtl w:val="0"/>
        </w:rPr>
        <w:t xml:space="preserve">Este Anexo é destinado a todos os candidatos. O candidato da ampla concorrência deverá preencher as declarações e deixar sem preenchimento o Termo de Autodeclaração. O candidato que pretender concorrer à reserva de vagas prevista no Edital deverá preencher também o Termo de Autodeclaração.</w:t>
      </w:r>
      <w:r w:rsidDel="00000000" w:rsidR="00000000" w:rsidRPr="00000000">
        <w:rPr>
          <w:rtl w:val="0"/>
        </w:rPr>
      </w:r>
    </w:p>
    <w:p w:rsidR="00000000" w:rsidDel="00000000" w:rsidP="00000000" w:rsidRDefault="00000000" w:rsidRPr="00000000" w14:paraId="00000003">
      <w:pPr>
        <w:jc w:val="center"/>
        <w:rPr>
          <w:b w:val="1"/>
          <w:bCs w:val="1"/>
          <w:sz w:val="24"/>
          <w:szCs w:val="24"/>
        </w:rPr>
      </w:pPr>
      <w:r w:rsidDel="00000000" w:rsidR="00000000" w:rsidRPr="00000000">
        <w:rPr>
          <w:rtl w:val="0"/>
        </w:rPr>
      </w:r>
    </w:p>
    <w:p w:rsidR="00000000" w:rsidDel="00000000" w:rsidP="00000000" w:rsidRDefault="00000000" w:rsidRPr="00000000" w14:paraId="00000004">
      <w:pPr>
        <w:jc w:val="center"/>
        <w:rPr>
          <w:sz w:val="24"/>
          <w:szCs w:val="24"/>
        </w:rPr>
      </w:pPr>
      <w:r w:rsidDel="00000000" w:rsidR="00000000" w:rsidRPr="00000000">
        <w:rPr>
          <w:b w:val="1"/>
          <w:bCs w:val="1"/>
          <w:sz w:val="24"/>
          <w:szCs w:val="24"/>
          <w:rtl w:val="0"/>
        </w:rPr>
        <w:t xml:space="preserve">DECLARAÇÃO</w:t>
      </w:r>
      <w:r w:rsidDel="00000000" w:rsidR="00000000" w:rsidRPr="00000000">
        <w:rPr>
          <w:rtl w:val="0"/>
        </w:rPr>
      </w:r>
    </w:p>
    <w:p w:rsidR="00000000" w:rsidDel="00000000" w:rsidP="00000000" w:rsidRDefault="00000000" w:rsidRPr="00000000" w14:paraId="00000005">
      <w:pPr>
        <w:spacing w:after="100" w:line="240" w:lineRule="auto"/>
        <w:jc w:val="both"/>
        <w:rPr>
          <w:sz w:val="22"/>
          <w:szCs w:val="22"/>
        </w:rPr>
      </w:pPr>
      <w:r w:rsidDel="00000000" w:rsidR="00000000" w:rsidRPr="00000000">
        <w:rPr>
          <w:sz w:val="22"/>
          <w:szCs w:val="22"/>
          <w:rtl w:val="0"/>
        </w:rPr>
        <w:t xml:space="preserve">Eu, ____________________________________________________________________________, CPF nº ___.___.___-__, candidato(a) no presente Edital</w:t>
      </w:r>
      <w:r w:rsidDel="00000000" w:rsidR="00000000" w:rsidRPr="00000000">
        <w:rPr>
          <w:b w:val="1"/>
          <w:bCs w:val="1"/>
          <w:sz w:val="22"/>
          <w:szCs w:val="22"/>
          <w:rtl w:val="0"/>
        </w:rPr>
        <w:t xml:space="preserve">,</w:t>
      </w:r>
      <w:r w:rsidDel="00000000" w:rsidR="00000000" w:rsidRPr="00000000">
        <w:rPr>
          <w:sz w:val="22"/>
          <w:szCs w:val="22"/>
          <w:rtl w:val="0"/>
        </w:rPr>
        <w:t xml:space="preserve"> no âmbito dos cursos de graduação do Consórcio Cederj/Fundação Cecierj, declaro, para os devidos fins e sob as penas da lei, que:</w:t>
      </w:r>
    </w:p>
    <w:p w:rsidR="00000000" w:rsidDel="00000000" w:rsidP="00000000" w:rsidRDefault="00000000" w:rsidRPr="00000000" w14:paraId="00000006">
      <w:pPr>
        <w:spacing w:after="100" w:line="240" w:lineRule="auto"/>
        <w:jc w:val="both"/>
        <w:rPr>
          <w:sz w:val="22"/>
          <w:szCs w:val="22"/>
        </w:rPr>
      </w:pPr>
      <w:r w:rsidDel="00000000" w:rsidR="00000000" w:rsidRPr="00000000">
        <w:rPr>
          <w:sz w:val="22"/>
          <w:szCs w:val="22"/>
          <w:rtl w:val="0"/>
        </w:rPr>
        <w:t xml:space="preserve">I – não tive contrato de trabalho rescindido por justa causa em nenhuma instituição pública;</w:t>
      </w:r>
    </w:p>
    <w:p w:rsidR="00000000" w:rsidDel="00000000" w:rsidP="00000000" w:rsidRDefault="00000000" w:rsidRPr="00000000" w14:paraId="00000007">
      <w:pPr>
        <w:spacing w:after="100" w:line="240" w:lineRule="auto"/>
        <w:jc w:val="both"/>
        <w:rPr>
          <w:sz w:val="22"/>
          <w:szCs w:val="22"/>
        </w:rPr>
      </w:pPr>
      <w:r w:rsidDel="00000000" w:rsidR="00000000" w:rsidRPr="00000000">
        <w:rPr>
          <w:sz w:val="22"/>
          <w:szCs w:val="22"/>
          <w:rtl w:val="0"/>
        </w:rPr>
        <w:t xml:space="preserve">II – tenho ciência do conteúdo do Guia da Tutoria do Consórcio Cederj/Fundação Cecierj e comprometo-me a observar integralmente suas orientações, diretrizes, atribuições, prazos e normas de conduta acadêmica e institucional;</w:t>
      </w:r>
    </w:p>
    <w:p w:rsidR="00000000" w:rsidDel="00000000" w:rsidP="00000000" w:rsidRDefault="00000000" w:rsidRPr="00000000" w14:paraId="00000008">
      <w:pPr>
        <w:spacing w:after="100" w:line="240" w:lineRule="auto"/>
        <w:jc w:val="both"/>
        <w:rPr>
          <w:sz w:val="22"/>
          <w:szCs w:val="22"/>
        </w:rPr>
      </w:pPr>
      <w:r w:rsidDel="00000000" w:rsidR="00000000" w:rsidRPr="00000000">
        <w:rPr>
          <w:sz w:val="22"/>
          <w:szCs w:val="22"/>
          <w:rtl w:val="0"/>
        </w:rPr>
        <w:t xml:space="preserve">III – as cópias e documentos apresentados para fins de comprovação de minha formação e experiência são autênticos e </w:t>
      </w:r>
      <w:r w:rsidDel="00000000" w:rsidR="00000000" w:rsidRPr="00000000">
        <w:rPr>
          <w:sz w:val="22"/>
          <w:szCs w:val="22"/>
          <w:rtl w:val="0"/>
        </w:rPr>
        <w:t xml:space="preserve">contêm</w:t>
      </w:r>
      <w:r w:rsidDel="00000000" w:rsidR="00000000" w:rsidRPr="00000000">
        <w:rPr>
          <w:sz w:val="22"/>
          <w:szCs w:val="22"/>
          <w:rtl w:val="0"/>
        </w:rPr>
        <w:t xml:space="preserve"> informações verdadeiras, correspondendo aos documentos originais de que disponho.</w:t>
      </w:r>
    </w:p>
    <w:p w:rsidR="00000000" w:rsidDel="00000000" w:rsidP="00000000" w:rsidRDefault="00000000" w:rsidRPr="00000000" w14:paraId="00000009">
      <w:pPr>
        <w:spacing w:line="240" w:lineRule="auto"/>
        <w:rPr>
          <w:sz w:val="22"/>
          <w:szCs w:val="22"/>
        </w:rPr>
      </w:pPr>
      <w:r w:rsidDel="00000000" w:rsidR="00000000" w:rsidRPr="00000000">
        <w:rPr>
          <w:b w:val="1"/>
          <w:bCs w:val="1"/>
          <w:sz w:val="22"/>
          <w:szCs w:val="22"/>
          <w:rtl w:val="0"/>
        </w:rPr>
        <w:t xml:space="preserve">Documentos comprobatórios apresentados:</w:t>
      </w:r>
      <w:r w:rsidDel="00000000" w:rsidR="00000000" w:rsidRPr="00000000">
        <w:rPr>
          <w:rtl w:val="0"/>
        </w:rPr>
      </w:r>
    </w:p>
    <w:p w:rsidR="00000000" w:rsidDel="00000000" w:rsidP="00000000" w:rsidRDefault="00000000" w:rsidRPr="00000000" w14:paraId="0000000A">
      <w:pPr>
        <w:spacing w:line="240" w:lineRule="auto"/>
        <w:ind w:left="283" w:firstLine="0"/>
        <w:rPr>
          <w:sz w:val="22"/>
          <w:szCs w:val="22"/>
        </w:rPr>
      </w:pPr>
      <w:r w:rsidDel="00000000" w:rsidR="00000000" w:rsidRPr="00000000">
        <w:rPr>
          <w:sz w:val="22"/>
          <w:szCs w:val="22"/>
          <w:rtl w:val="0"/>
        </w:rPr>
        <w:t xml:space="preserve">( ) diploma/certificado de graduação;</w:t>
      </w:r>
    </w:p>
    <w:p w:rsidR="00000000" w:rsidDel="00000000" w:rsidP="00000000" w:rsidRDefault="00000000" w:rsidRPr="00000000" w14:paraId="0000000B">
      <w:pPr>
        <w:spacing w:line="240" w:lineRule="auto"/>
        <w:ind w:left="283" w:firstLine="0"/>
        <w:rPr>
          <w:sz w:val="22"/>
          <w:szCs w:val="22"/>
        </w:rPr>
      </w:pPr>
      <w:r w:rsidDel="00000000" w:rsidR="00000000" w:rsidRPr="00000000">
        <w:rPr>
          <w:sz w:val="22"/>
          <w:szCs w:val="22"/>
          <w:rtl w:val="0"/>
        </w:rPr>
        <w:t xml:space="preserve">( )  diploma/certificado de pós-graduação;</w:t>
      </w:r>
    </w:p>
    <w:p w:rsidR="00000000" w:rsidDel="00000000" w:rsidP="00000000" w:rsidRDefault="00000000" w:rsidRPr="00000000" w14:paraId="0000000C">
      <w:pPr>
        <w:spacing w:line="240" w:lineRule="auto"/>
        <w:ind w:left="283" w:firstLine="0"/>
        <w:rPr>
          <w:sz w:val="22"/>
          <w:szCs w:val="22"/>
        </w:rPr>
      </w:pPr>
      <w:r w:rsidDel="00000000" w:rsidR="00000000" w:rsidRPr="00000000">
        <w:rPr>
          <w:sz w:val="22"/>
          <w:szCs w:val="22"/>
          <w:rtl w:val="0"/>
        </w:rPr>
        <w:t xml:space="preserve">( ) declaração de conclusão de graduação;</w:t>
      </w:r>
    </w:p>
    <w:p w:rsidR="00000000" w:rsidDel="00000000" w:rsidP="00000000" w:rsidRDefault="00000000" w:rsidRPr="00000000" w14:paraId="0000000D">
      <w:pPr>
        <w:spacing w:line="240" w:lineRule="auto"/>
        <w:ind w:left="283" w:firstLine="0"/>
        <w:rPr>
          <w:sz w:val="22"/>
          <w:szCs w:val="22"/>
        </w:rPr>
      </w:pPr>
      <w:r w:rsidDel="00000000" w:rsidR="00000000" w:rsidRPr="00000000">
        <w:rPr>
          <w:sz w:val="22"/>
          <w:szCs w:val="22"/>
          <w:rtl w:val="0"/>
        </w:rPr>
        <w:t xml:space="preserve">( ) declaração de conclusão de pós-graduação;</w:t>
      </w:r>
    </w:p>
    <w:p w:rsidR="00000000" w:rsidDel="00000000" w:rsidP="00000000" w:rsidRDefault="00000000" w:rsidRPr="00000000" w14:paraId="0000000E">
      <w:pPr>
        <w:spacing w:line="240" w:lineRule="auto"/>
        <w:ind w:left="283" w:firstLine="0"/>
        <w:rPr>
          <w:sz w:val="22"/>
          <w:szCs w:val="22"/>
        </w:rPr>
      </w:pPr>
      <w:r w:rsidDel="00000000" w:rsidR="00000000" w:rsidRPr="00000000">
        <w:rPr>
          <w:sz w:val="22"/>
          <w:szCs w:val="22"/>
          <w:rtl w:val="0"/>
        </w:rPr>
        <w:t xml:space="preserve">( ) documento de revalidação de diploma, quando aplicável;</w:t>
      </w:r>
    </w:p>
    <w:p w:rsidR="00000000" w:rsidDel="00000000" w:rsidP="00000000" w:rsidRDefault="00000000" w:rsidRPr="00000000" w14:paraId="0000000F">
      <w:pPr>
        <w:spacing w:line="240" w:lineRule="auto"/>
        <w:ind w:left="283" w:firstLine="0"/>
        <w:rPr>
          <w:sz w:val="22"/>
          <w:szCs w:val="22"/>
        </w:rPr>
      </w:pPr>
      <w:r w:rsidDel="00000000" w:rsidR="00000000" w:rsidRPr="00000000">
        <w:rPr>
          <w:sz w:val="22"/>
          <w:szCs w:val="22"/>
          <w:rtl w:val="0"/>
        </w:rPr>
        <w:t xml:space="preserve">( ) documentos comprobatórios das experiências e demais itens.</w:t>
      </w:r>
    </w:p>
    <w:p w:rsidR="00000000" w:rsidDel="00000000" w:rsidP="00000000" w:rsidRDefault="00000000" w:rsidRPr="00000000" w14:paraId="00000010">
      <w:pPr>
        <w:spacing w:line="240" w:lineRule="auto"/>
        <w:jc w:val="both"/>
        <w:rPr>
          <w:sz w:val="22"/>
          <w:szCs w:val="22"/>
        </w:rPr>
      </w:pPr>
      <w:r w:rsidDel="00000000" w:rsidR="00000000" w:rsidRPr="00000000">
        <w:rPr>
          <w:rtl w:val="0"/>
        </w:rPr>
      </w:r>
    </w:p>
    <w:p w:rsidR="00000000" w:rsidDel="00000000" w:rsidP="00000000" w:rsidRDefault="00000000" w:rsidRPr="00000000" w14:paraId="00000011">
      <w:pPr>
        <w:spacing w:line="240" w:lineRule="auto"/>
        <w:jc w:val="both"/>
        <w:rPr>
          <w:b w:val="1"/>
          <w:bCs w:val="1"/>
          <w:sz w:val="22"/>
          <w:szCs w:val="22"/>
        </w:rPr>
        <w:sectPr>
          <w:headerReference r:id="rId7" w:type="default"/>
          <w:headerReference r:id="rId8" w:type="first"/>
          <w:footerReference r:id="rId9" w:type="default"/>
          <w:footerReference r:id="rId10" w:type="first"/>
          <w:pgSz w:h="23811" w:w="16838" w:orient="portrait"/>
          <w:pgMar w:bottom="1020.472440944882" w:top="1020.472440944882" w:left="1020.472440944882" w:right="1020.472440944882" w:header="720" w:footer="720"/>
          <w:pgNumType w:start="1"/>
        </w:sectPr>
      </w:pPr>
      <w:r w:rsidDel="00000000" w:rsidR="00000000" w:rsidRPr="00000000">
        <w:rPr>
          <w:sz w:val="22"/>
          <w:szCs w:val="22"/>
          <w:rtl w:val="0"/>
        </w:rPr>
        <w:t xml:space="preserve">Declaro, ainda, estar ciente dos termos da Lei nº 13.726/2018, especialmente quanto à possibilidade de comprovação por declaração escrita e assinada quando não for possível obter diretamente do órgão ou entidade responsável documento comprobatório, ficando sujeito(a), em caso de declaração falsa, às sanções administrativas, civis e penais aplicáveis.</w:t>
      </w:r>
      <w:r w:rsidDel="00000000" w:rsidR="00000000" w:rsidRPr="00000000">
        <w:rPr>
          <w:rtl w:val="0"/>
        </w:rPr>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center"/>
        <w:rPr>
          <w:b w:val="1"/>
          <w:bCs w:val="1"/>
          <w:sz w:val="22"/>
          <w:szCs w:val="22"/>
        </w:rPr>
      </w:pPr>
      <w:r w:rsidDel="00000000" w:rsidR="00000000" w:rsidRPr="00000000">
        <w:rPr>
          <w:b w:val="1"/>
          <w:bCs w:val="1"/>
          <w:sz w:val="22"/>
          <w:szCs w:val="22"/>
          <w:rtl w:val="0"/>
        </w:rPr>
        <w:t xml:space="preserve">DECLARAÇÃO DE RESIDÊNCIA</w:t>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both"/>
        <w:rPr>
          <w:sz w:val="22"/>
          <w:szCs w:val="22"/>
        </w:rPr>
      </w:pPr>
      <w:r w:rsidDel="00000000" w:rsidR="00000000" w:rsidRPr="00000000">
        <w:rPr>
          <w:sz w:val="22"/>
          <w:szCs w:val="22"/>
          <w:rtl w:val="0"/>
        </w:rPr>
        <w:t xml:space="preserve">Declaro, para os devidos fins, sob as penas da Lei nº 7.115, de 29 de agosto de 1983, que resido no endereço abaixo informado, responsabilizando-me pela veracidade das informações prestadas:</w:t>
      </w:r>
    </w:p>
    <w:p w:rsidR="00000000" w:rsidDel="00000000" w:rsidP="00000000" w:rsidRDefault="00000000" w:rsidRPr="00000000" w14:paraId="00000014">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sz w:val="22"/>
          <w:szCs w:val="22"/>
        </w:rPr>
      </w:pPr>
      <w:r w:rsidDel="00000000" w:rsidR="00000000" w:rsidRPr="00000000">
        <w:rPr>
          <w:sz w:val="22"/>
          <w:szCs w:val="22"/>
          <w:rtl w:val="0"/>
        </w:rPr>
        <w:t xml:space="preserve">Nome completo: _________________________________________________</w:t>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sz w:val="22"/>
          <w:szCs w:val="22"/>
        </w:rPr>
      </w:pPr>
      <w:r w:rsidDel="00000000" w:rsidR="00000000" w:rsidRPr="00000000">
        <w:rPr>
          <w:sz w:val="22"/>
          <w:szCs w:val="22"/>
          <w:rtl w:val="0"/>
        </w:rPr>
        <w:t xml:space="preserve">CPF: ___.___.___-__</w:t>
      </w:r>
    </w:p>
    <w:p w:rsidR="00000000" w:rsidDel="00000000" w:rsidP="00000000" w:rsidRDefault="00000000" w:rsidRPr="00000000" w14:paraId="00000016">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sz w:val="22"/>
          <w:szCs w:val="22"/>
        </w:rPr>
      </w:pPr>
      <w:r w:rsidDel="00000000" w:rsidR="00000000" w:rsidRPr="00000000">
        <w:rPr>
          <w:sz w:val="22"/>
          <w:szCs w:val="22"/>
          <w:rtl w:val="0"/>
        </w:rPr>
        <w:t xml:space="preserve">Endereço residencial completo: __________________________________</w:t>
      </w:r>
    </w:p>
    <w:p w:rsidR="00000000" w:rsidDel="00000000" w:rsidP="00000000" w:rsidRDefault="00000000" w:rsidRPr="00000000" w14:paraId="00000017">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sz w:val="22"/>
          <w:szCs w:val="22"/>
        </w:rPr>
      </w:pPr>
      <w:r w:rsidDel="00000000" w:rsidR="00000000" w:rsidRPr="00000000">
        <w:rPr>
          <w:sz w:val="22"/>
          <w:szCs w:val="22"/>
          <w:rtl w:val="0"/>
        </w:rPr>
        <w:t xml:space="preserve">________________________________________________________________</w:t>
      </w:r>
    </w:p>
    <w:p w:rsidR="00000000" w:rsidDel="00000000" w:rsidP="00000000" w:rsidRDefault="00000000" w:rsidRPr="00000000" w14:paraId="00000018">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sz w:val="22"/>
          <w:szCs w:val="22"/>
        </w:rPr>
      </w:pPr>
      <w:r w:rsidDel="00000000" w:rsidR="00000000" w:rsidRPr="00000000">
        <w:rPr>
          <w:sz w:val="22"/>
          <w:szCs w:val="22"/>
          <w:rtl w:val="0"/>
        </w:rPr>
        <w:t xml:space="preserve">Bairro: __________________________  Município/UF: ______________</w:t>
      </w:r>
    </w:p>
    <w:p w:rsidR="00000000" w:rsidDel="00000000" w:rsidP="00000000" w:rsidRDefault="00000000" w:rsidRPr="00000000" w14:paraId="00000019">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sz w:val="22"/>
          <w:szCs w:val="22"/>
        </w:rPr>
      </w:pPr>
      <w:r w:rsidDel="00000000" w:rsidR="00000000" w:rsidRPr="00000000">
        <w:rPr>
          <w:sz w:val="22"/>
          <w:szCs w:val="22"/>
          <w:rtl w:val="0"/>
        </w:rPr>
        <w:t xml:space="preserve">CEP: _____-___</w:t>
      </w:r>
    </w:p>
    <w:p w:rsidR="00000000" w:rsidDel="00000000" w:rsidP="00000000" w:rsidRDefault="00000000" w:rsidRPr="00000000" w14:paraId="0000001A">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rPr>
          <w:sz w:val="22"/>
          <w:szCs w:val="22"/>
        </w:rPr>
        <w:sectPr>
          <w:type w:val="nextPage"/>
          <w:pgSz w:h="23811" w:w="16838" w:orient="portrait"/>
          <w:pgMar w:bottom="1020.472440944882" w:top="1020.472440944882" w:left="1020.472440944882" w:right="1020.472440944882" w:header="720" w:footer="720"/>
        </w:sectPr>
      </w:pPr>
      <w:r w:rsidDel="00000000" w:rsidR="00000000" w:rsidRPr="00000000">
        <w:rPr>
          <w:sz w:val="22"/>
          <w:szCs w:val="22"/>
          <w:rtl w:val="0"/>
        </w:rPr>
        <w:t xml:space="preserve">Declaro, ainda, estar ciente de que a falsidade desta declaração poderá sujeitar-me às sanções civis, administrativas e penais cabíveis.</w:t>
      </w:r>
    </w:p>
    <w:p w:rsidR="00000000" w:rsidDel="00000000" w:rsidP="00000000" w:rsidRDefault="00000000" w:rsidRPr="00000000" w14:paraId="0000001B">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center"/>
        <w:rPr>
          <w:b w:val="1"/>
          <w:bCs w:val="1"/>
          <w:sz w:val="22"/>
          <w:szCs w:val="22"/>
        </w:rPr>
      </w:pPr>
      <w:r w:rsidDel="00000000" w:rsidR="00000000" w:rsidRPr="00000000">
        <w:rPr>
          <w:b w:val="1"/>
          <w:bCs w:val="1"/>
          <w:sz w:val="22"/>
          <w:szCs w:val="22"/>
          <w:rtl w:val="0"/>
        </w:rPr>
        <w:t xml:space="preserve">TERMO DE AUTODECLARAÇÃO</w:t>
      </w:r>
    </w:p>
    <w:p w:rsidR="00000000" w:rsidDel="00000000" w:rsidP="00000000" w:rsidRDefault="00000000" w:rsidRPr="00000000" w14:paraId="0000001C">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both"/>
        <w:rPr>
          <w:b w:val="1"/>
          <w:bCs w:val="1"/>
          <w:sz w:val="22"/>
          <w:szCs w:val="22"/>
        </w:rPr>
      </w:pPr>
      <w:r w:rsidDel="00000000" w:rsidR="00000000" w:rsidRPr="00000000">
        <w:rPr>
          <w:b w:val="1"/>
          <w:bCs w:val="1"/>
          <w:sz w:val="22"/>
          <w:szCs w:val="22"/>
          <w:rtl w:val="0"/>
        </w:rPr>
        <w:t xml:space="preserve">A PREENCHER SOMENTE PELO(A) CANDIDATO(A) QUE PRETENDE CONCORRER À RESERVA DE VAGAS.</w:t>
      </w:r>
    </w:p>
    <w:p w:rsidR="00000000" w:rsidDel="00000000" w:rsidP="00000000" w:rsidRDefault="00000000" w:rsidRPr="00000000" w14:paraId="0000001D">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both"/>
        <w:rPr>
          <w:b w:val="1"/>
          <w:bCs w:val="1"/>
          <w:sz w:val="22"/>
          <w:szCs w:val="22"/>
        </w:rPr>
      </w:pPr>
      <w:r w:rsidDel="00000000" w:rsidR="00000000" w:rsidRPr="00000000">
        <w:rPr>
          <w:b w:val="1"/>
          <w:bCs w:val="1"/>
          <w:sz w:val="22"/>
          <w:szCs w:val="22"/>
          <w:rtl w:val="0"/>
        </w:rPr>
        <w:br w:type="textWrapping"/>
      </w:r>
      <w:r w:rsidDel="00000000" w:rsidR="00000000" w:rsidRPr="00000000">
        <w:rPr>
          <w:sz w:val="22"/>
          <w:szCs w:val="22"/>
          <w:rtl w:val="0"/>
        </w:rPr>
        <w:t xml:space="preserve">Eu, ____________________________________________________________________________, CPF nº ___.___.___-__, </w:t>
      </w:r>
      <w:r w:rsidDel="00000000" w:rsidR="00000000" w:rsidRPr="00000000">
        <w:rPr>
          <w:b w:val="1"/>
          <w:bCs w:val="1"/>
          <w:sz w:val="22"/>
          <w:szCs w:val="22"/>
          <w:rtl w:val="0"/>
        </w:rPr>
        <w:t xml:space="preserve">declaro ser pessoa:</w:t>
      </w:r>
    </w:p>
    <w:p w:rsidR="00000000" w:rsidDel="00000000" w:rsidP="00000000" w:rsidRDefault="00000000" w:rsidRPr="00000000" w14:paraId="0000001E">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both"/>
        <w:rPr>
          <w:sz w:val="22"/>
          <w:szCs w:val="22"/>
        </w:rPr>
      </w:pPr>
      <w:r w:rsidDel="00000000" w:rsidR="00000000" w:rsidRPr="00000000">
        <w:rPr>
          <w:sz w:val="22"/>
          <w:szCs w:val="22"/>
          <w:rtl w:val="0"/>
        </w:rPr>
        <w:t xml:space="preserve">(   ) preta</w:t>
      </w:r>
    </w:p>
    <w:p w:rsidR="00000000" w:rsidDel="00000000" w:rsidP="00000000" w:rsidRDefault="00000000" w:rsidRPr="00000000" w14:paraId="0000001F">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both"/>
        <w:rPr>
          <w:sz w:val="22"/>
          <w:szCs w:val="22"/>
        </w:rPr>
      </w:pPr>
      <w:r w:rsidDel="00000000" w:rsidR="00000000" w:rsidRPr="00000000">
        <w:rPr>
          <w:sz w:val="22"/>
          <w:szCs w:val="22"/>
          <w:rtl w:val="0"/>
        </w:rPr>
        <w:t xml:space="preserve">(   ) parda</w:t>
      </w:r>
    </w:p>
    <w:p w:rsidR="00000000" w:rsidDel="00000000" w:rsidP="00000000" w:rsidRDefault="00000000" w:rsidRPr="00000000" w14:paraId="00000020">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both"/>
        <w:rPr>
          <w:sz w:val="22"/>
          <w:szCs w:val="22"/>
        </w:rPr>
      </w:pPr>
      <w:r w:rsidDel="00000000" w:rsidR="00000000" w:rsidRPr="00000000">
        <w:rPr>
          <w:sz w:val="22"/>
          <w:szCs w:val="22"/>
          <w:rtl w:val="0"/>
        </w:rPr>
        <w:t xml:space="preserve">(   ) indígena</w:t>
      </w:r>
    </w:p>
    <w:p w:rsidR="00000000" w:rsidDel="00000000" w:rsidP="00000000" w:rsidRDefault="00000000" w:rsidRPr="00000000" w14:paraId="00000021">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both"/>
        <w:rPr>
          <w:sz w:val="22"/>
          <w:szCs w:val="22"/>
        </w:rPr>
      </w:pPr>
      <w:r w:rsidDel="00000000" w:rsidR="00000000" w:rsidRPr="00000000">
        <w:rPr>
          <w:sz w:val="22"/>
          <w:szCs w:val="22"/>
          <w:rtl w:val="0"/>
        </w:rPr>
        <w:t xml:space="preserve">(   ) com deficiência</w:t>
      </w:r>
    </w:p>
    <w:p w:rsidR="00000000" w:rsidDel="00000000" w:rsidP="00000000" w:rsidRDefault="00000000" w:rsidRPr="00000000" w14:paraId="00000022">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both"/>
        <w:rPr>
          <w:sz w:val="22"/>
          <w:szCs w:val="22"/>
        </w:rPr>
      </w:pPr>
      <w:r w:rsidDel="00000000" w:rsidR="00000000" w:rsidRPr="00000000">
        <w:rPr>
          <w:sz w:val="22"/>
          <w:szCs w:val="22"/>
          <w:rtl w:val="0"/>
        </w:rPr>
        <w:t xml:space="preserve">(   ) transgênero</w:t>
      </w:r>
    </w:p>
    <w:p w:rsidR="00000000" w:rsidDel="00000000" w:rsidP="00000000" w:rsidRDefault="00000000" w:rsidRPr="00000000" w14:paraId="00000023">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both"/>
        <w:rPr>
          <w:sz w:val="22"/>
          <w:szCs w:val="22"/>
        </w:rPr>
      </w:pPr>
      <w:r w:rsidDel="00000000" w:rsidR="00000000" w:rsidRPr="00000000">
        <w:rPr>
          <w:sz w:val="22"/>
          <w:szCs w:val="22"/>
          <w:rtl w:val="0"/>
        </w:rPr>
        <w:t xml:space="preserve">(   ) travesti</w:t>
      </w:r>
    </w:p>
    <w:p w:rsidR="00000000" w:rsidDel="00000000" w:rsidP="00000000" w:rsidRDefault="00000000" w:rsidRPr="00000000" w14:paraId="00000024">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both"/>
        <w:rPr/>
        <w:sectPr>
          <w:type w:val="nextPage"/>
          <w:pgSz w:h="23811" w:w="16838" w:orient="portrait"/>
          <w:pgMar w:bottom="1020.472440944882" w:top="1020.472440944882" w:left="1020.472440944882" w:right="1020.472440944882" w:header="720" w:footer="720"/>
        </w:sectPr>
      </w:pPr>
      <w:r w:rsidDel="00000000" w:rsidR="00000000" w:rsidRPr="00000000">
        <w:rPr>
          <w:sz w:val="22"/>
          <w:szCs w:val="22"/>
          <w:rtl w:val="0"/>
        </w:rPr>
        <w:t xml:space="preserve">Declaro, também, estar ciente de que, em caso de declaração falsa ou de não comprovação, terei minha inscrição processada como de candidato para ampla concorrência no certame aqui pretendido</w:t>
      </w:r>
      <w:r w:rsidDel="00000000" w:rsidR="00000000" w:rsidRPr="00000000">
        <w:rPr>
          <w:rtl w:val="0"/>
        </w:rPr>
      </w:r>
    </w:p>
    <w:p w:rsidR="00000000" w:rsidDel="00000000" w:rsidP="00000000" w:rsidRDefault="00000000" w:rsidRPr="00000000" w14:paraId="00000025">
      <w:pPr>
        <w:shd w:fill="f4f4f4" w:val="clear"/>
        <w:spacing w:after="60" w:before="200" w:lineRule="auto"/>
        <w:jc w:val="both"/>
        <w:rPr>
          <w:b w:val="1"/>
          <w:bCs w:val="1"/>
        </w:rPr>
      </w:pPr>
      <w:r w:rsidDel="00000000" w:rsidR="00000000" w:rsidRPr="00000000">
        <w:rPr>
          <w:b w:val="1"/>
          <w:bCs w:val="1"/>
          <w:rtl w:val="0"/>
        </w:rPr>
        <w:t xml:space="preserve">CONFIRA ANTES DE ASSINAR</w:t>
      </w:r>
    </w:p>
    <w:p w:rsidR="00000000" w:rsidDel="00000000" w:rsidP="00000000" w:rsidRDefault="00000000" w:rsidRPr="00000000" w14:paraId="00000026">
      <w:pPr>
        <w:numPr>
          <w:ilvl w:val="0"/>
          <w:numId w:val="1"/>
        </w:numPr>
        <w:shd w:fill="f4f4f4" w:val="clear"/>
        <w:spacing w:after="0" w:lineRule="auto"/>
        <w:ind w:left="720" w:hanging="360"/>
        <w:jc w:val="both"/>
        <w:rPr/>
      </w:pPr>
      <w:r w:rsidDel="00000000" w:rsidR="00000000" w:rsidRPr="00000000">
        <w:rPr>
          <w:rtl w:val="0"/>
        </w:rPr>
        <w:t xml:space="preserve">Preenchi todos os campos obrigatórios da Declaração e da Declaração de Residência.</w:t>
      </w:r>
      <w:r w:rsidDel="00000000" w:rsidR="00000000" w:rsidRPr="00000000">
        <w:rPr>
          <w:rtl w:val="0"/>
        </w:rPr>
      </w:r>
    </w:p>
    <w:p w:rsidR="00000000" w:rsidDel="00000000" w:rsidP="00000000" w:rsidRDefault="00000000" w:rsidRPr="00000000" w14:paraId="00000027">
      <w:pPr>
        <w:numPr>
          <w:ilvl w:val="0"/>
          <w:numId w:val="1"/>
        </w:numPr>
        <w:shd w:fill="f4f4f4" w:val="clear"/>
        <w:spacing w:after="0" w:lineRule="auto"/>
        <w:ind w:left="720" w:hanging="360"/>
        <w:jc w:val="both"/>
        <w:rPr/>
      </w:pPr>
      <w:r w:rsidDel="00000000" w:rsidR="00000000" w:rsidRPr="00000000">
        <w:rPr>
          <w:rtl w:val="0"/>
        </w:rPr>
        <w:t xml:space="preserve">Marquei os documentos comprobatórios apresentados e, </w:t>
      </w:r>
      <w:r w:rsidDel="00000000" w:rsidR="00000000" w:rsidRPr="00000000">
        <w:rPr>
          <w:b w:val="1"/>
          <w:bCs w:val="1"/>
          <w:rtl w:val="0"/>
        </w:rPr>
        <w:t xml:space="preserve">se aplicável,</w:t>
      </w:r>
      <w:r w:rsidDel="00000000" w:rsidR="00000000" w:rsidRPr="00000000">
        <w:rPr>
          <w:rtl w:val="0"/>
        </w:rPr>
        <w:t xml:space="preserve"> preenchi o Termo de Autodeclaração.</w:t>
      </w:r>
      <w:r w:rsidDel="00000000" w:rsidR="00000000" w:rsidRPr="00000000">
        <w:rPr>
          <w:rtl w:val="0"/>
        </w:rPr>
      </w:r>
    </w:p>
    <w:p w:rsidR="00000000" w:rsidDel="00000000" w:rsidP="00000000" w:rsidRDefault="00000000" w:rsidRPr="00000000" w14:paraId="00000028">
      <w:pPr>
        <w:numPr>
          <w:ilvl w:val="0"/>
          <w:numId w:val="1"/>
        </w:numPr>
        <w:shd w:fill="f4f4f4" w:val="clear"/>
        <w:spacing w:after="0" w:lineRule="auto"/>
        <w:ind w:left="720" w:hanging="360"/>
        <w:jc w:val="both"/>
        <w:rPr/>
      </w:pPr>
      <w:r w:rsidDel="00000000" w:rsidR="00000000" w:rsidRPr="00000000">
        <w:rPr>
          <w:rtl w:val="0"/>
        </w:rPr>
        <w:t xml:space="preserve">Atentei para a ordem estabelecida para a digitalização dos documentos, conforme o </w:t>
      </w:r>
      <w:r w:rsidDel="00000000" w:rsidR="00000000" w:rsidRPr="00000000">
        <w:rPr>
          <w:b w:val="1"/>
          <w:bCs w:val="1"/>
          <w:rtl w:val="0"/>
        </w:rPr>
        <w:t xml:space="preserve">ANEXO IV</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9">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center"/>
        <w:rPr>
          <w:b w:val="1"/>
          <w:bCs w:val="1"/>
          <w:sz w:val="22"/>
          <w:szCs w:val="22"/>
        </w:rPr>
      </w:pPr>
      <w:r w:rsidDel="00000000" w:rsidR="00000000" w:rsidRPr="00000000">
        <w:rPr>
          <w:rtl w:val="0"/>
        </w:rPr>
      </w:r>
    </w:p>
    <w:p w:rsidR="00000000" w:rsidDel="00000000" w:rsidP="00000000" w:rsidRDefault="00000000" w:rsidRPr="00000000" w14:paraId="0000002A">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center"/>
        <w:rPr>
          <w:b w:val="1"/>
          <w:bCs w:val="1"/>
          <w:sz w:val="22"/>
          <w:szCs w:val="22"/>
        </w:rPr>
      </w:pPr>
      <w:r w:rsidDel="00000000" w:rsidR="00000000" w:rsidRPr="00000000">
        <w:rPr>
          <w:b w:val="1"/>
          <w:bCs w:val="1"/>
          <w:sz w:val="22"/>
          <w:szCs w:val="22"/>
          <w:rtl w:val="0"/>
        </w:rPr>
        <w:t xml:space="preserve">DECLARAÇÃO FINAL E ASSINATURA</w:t>
      </w:r>
    </w:p>
    <w:p w:rsidR="00000000" w:rsidDel="00000000" w:rsidP="00000000" w:rsidRDefault="00000000" w:rsidRPr="00000000" w14:paraId="0000002B">
      <w:pPr>
        <w:pBdr>
          <w:top w:color="000000" w:space="0" w:sz="0" w:val="none"/>
          <w:left w:color="000000" w:space="0" w:sz="0" w:val="none"/>
          <w:bottom w:color="000000" w:space="0" w:sz="0" w:val="none"/>
          <w:right w:color="000000" w:space="0" w:sz="0" w:val="none"/>
          <w:between w:color="000000" w:space="0" w:sz="0" w:val="none"/>
        </w:pBdr>
        <w:shd w:fill="ffffff" w:val="clear"/>
        <w:jc w:val="both"/>
        <w:rPr>
          <w:sz w:val="22"/>
          <w:szCs w:val="22"/>
        </w:rPr>
      </w:pPr>
      <w:r w:rsidDel="00000000" w:rsidR="00000000" w:rsidRPr="00000000">
        <w:rPr>
          <w:sz w:val="22"/>
          <w:szCs w:val="22"/>
          <w:rtl w:val="0"/>
        </w:rPr>
        <w:t xml:space="preserve">Declaro, sob as penas da legislação vigente, especialmente da Lei nº 7.115, de 29 de agosto de 1983, quando aplicável, que as informações prestadas neste Anexo são verdadeiras, que os documentos apresentados correspondem aos dados nele informados e que estou ciente das condições estabelecidas no Edital.</w:t>
      </w:r>
    </w:p>
    <w:p w:rsidR="00000000" w:rsidDel="00000000" w:rsidP="00000000" w:rsidRDefault="00000000" w:rsidRPr="00000000" w14:paraId="0000002C">
      <w:pPr>
        <w:pBdr>
          <w:top w:color="000000" w:space="0" w:sz="0" w:val="none"/>
          <w:left w:color="000000" w:space="0" w:sz="0" w:val="none"/>
          <w:bottom w:color="000000" w:space="0" w:sz="0" w:val="none"/>
          <w:right w:color="000000" w:space="0" w:sz="0" w:val="none"/>
          <w:between w:color="000000" w:space="0" w:sz="0" w:val="none"/>
        </w:pBdr>
        <w:shd w:fill="ffffff" w:val="clear"/>
        <w:spacing w:line="276" w:lineRule="auto"/>
        <w:jc w:val="both"/>
        <w:rPr>
          <w:sz w:val="22"/>
          <w:szCs w:val="22"/>
        </w:rPr>
      </w:pPr>
      <w:r w:rsidDel="00000000" w:rsidR="00000000" w:rsidRPr="00000000">
        <w:rPr>
          <w:rtl w:val="0"/>
        </w:rPr>
      </w:r>
    </w:p>
    <w:p w:rsidR="00000000" w:rsidDel="00000000" w:rsidP="00000000" w:rsidRDefault="00000000" w:rsidRPr="00000000" w14:paraId="0000002D">
      <w:pPr>
        <w:jc w:val="center"/>
        <w:rPr/>
      </w:pPr>
      <w:r w:rsidDel="00000000" w:rsidR="00000000" w:rsidRPr="00000000">
        <w:rPr>
          <w:rtl w:val="0"/>
        </w:rPr>
        <w:t xml:space="preserve">__________________________________, ______ de __________________ de ______.</w:t>
        <w:br w:type="textWrapping"/>
      </w:r>
    </w:p>
    <w:p w:rsidR="00000000" w:rsidDel="00000000" w:rsidP="00000000" w:rsidRDefault="00000000" w:rsidRPr="00000000" w14:paraId="0000002E">
      <w:pPr>
        <w:jc w:val="center"/>
        <w:rPr/>
      </w:pPr>
      <w:r w:rsidDel="00000000" w:rsidR="00000000" w:rsidRPr="00000000">
        <w:rPr>
          <w:rtl w:val="0"/>
        </w:rPr>
        <w:br w:type="textWrapping"/>
      </w:r>
      <w:r w:rsidDel="00000000" w:rsidR="00000000" w:rsidRPr="00000000">
        <w:rPr>
          <w:b w:val="1"/>
          <w:bCs w:val="1"/>
          <w:rtl w:val="0"/>
        </w:rPr>
        <w:t xml:space="preserve">____________________________________________________________</w:t>
        <w:br w:type="textWrapping"/>
      </w:r>
      <w:r w:rsidDel="00000000" w:rsidR="00000000" w:rsidRPr="00000000">
        <w:rPr>
          <w:rtl w:val="0"/>
        </w:rPr>
        <w:t xml:space="preserve">Assinatura do(a) candidato(a)</w:t>
      </w:r>
    </w:p>
    <w:p w:rsidR="00000000" w:rsidDel="00000000" w:rsidP="00000000" w:rsidRDefault="00000000" w:rsidRPr="00000000" w14:paraId="0000002F">
      <w:pPr>
        <w:spacing w:after="60" w:lineRule="auto"/>
        <w:jc w:val="both"/>
        <w:rPr/>
      </w:pPr>
      <w:r w:rsidDel="00000000" w:rsidR="00000000" w:rsidRPr="00000000">
        <w:rPr>
          <w:rtl w:val="0"/>
        </w:rPr>
      </w:r>
    </w:p>
    <w:sectPr>
      <w:type w:val="nextPage"/>
      <w:pgSz w:h="23811" w:w="16838" w:orient="portrait"/>
      <w:pgMar w:bottom="1020.472440944882" w:top="1020.472440944882" w:left="1020.472440944882" w:right="1020.472440944882"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Questrial">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spacing w:after="0" w:line="240" w:lineRule="auto"/>
      <w:ind w:right="36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spacing w:after="0" w:line="240" w:lineRule="auto"/>
      <w:ind w:right="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Diretoria de Tutoria e Avaliação Educacional - Fundação CECIERJ</w:t>
    </w:r>
  </w:p>
  <w:p w:rsidR="00000000" w:rsidDel="00000000" w:rsidP="00000000" w:rsidRDefault="00000000" w:rsidRPr="00000000" w14:paraId="0000003A">
    <w:pPr>
      <w:spacing w:after="0" w:line="240" w:lineRule="auto"/>
      <w:ind w:right="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Rua Benedito Hipólito, 216, 11° andar - Cidade Nova</w:t>
    </w:r>
  </w:p>
  <w:p w:rsidR="00000000" w:rsidDel="00000000" w:rsidP="00000000" w:rsidRDefault="00000000" w:rsidRPr="00000000" w14:paraId="0000003B">
    <w:pPr>
      <w:spacing w:after="0" w:line="240" w:lineRule="auto"/>
      <w:ind w:right="36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Rio de Janeiro, RJ, CEP 20.211-130</w:t>
    </w:r>
  </w:p>
  <w:p w:rsidR="00000000" w:rsidDel="00000000" w:rsidP="00000000" w:rsidRDefault="00000000" w:rsidRPr="00000000" w14:paraId="0000003C">
    <w:pPr>
      <w:spacing w:after="0" w:line="240" w:lineRule="auto"/>
      <w:ind w:right="360"/>
      <w:jc w:val="right"/>
      <w:rPr>
        <w:rFonts w:ascii="Times New Roman" w:cs="Times New Roman" w:eastAsia="Times New Roman" w:hAnsi="Times New Roman"/>
        <w:sz w:val="22"/>
        <w:szCs w:val="2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spacing w:after="160" w:line="259"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Pr>
      <w:drawing>
        <wp:inline distB="0" distT="0" distL="0" distR="0">
          <wp:extent cx="704850" cy="876300"/>
          <wp:effectExtent b="0" l="0" r="0" t="0"/>
          <wp:docPr descr="C:\Users\acaroline\Downloads\logo_governo_pb.png" id="2" name="image1.png"/>
          <a:graphic>
            <a:graphicData uri="http://schemas.openxmlformats.org/drawingml/2006/picture">
              <pic:pic>
                <pic:nvPicPr>
                  <pic:cNvPr descr="C:\Users\acaroline\Downloads\logo_governo_pb.png" id="0" name="image1.png"/>
                  <pic:cNvPicPr preferRelativeResize="0"/>
                </pic:nvPicPr>
                <pic:blipFill>
                  <a:blip r:embed="rId1"/>
                  <a:srcRect b="0" l="0" r="0" t="0"/>
                  <a:stretch>
                    <a:fillRect/>
                  </a:stretch>
                </pic:blipFill>
                <pic:spPr>
                  <a:xfrm>
                    <a:off x="0" y="0"/>
                    <a:ext cx="704850" cy="876300"/>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tabs>
        <w:tab w:val="center" w:leader="none" w:pos="4252"/>
        <w:tab w:val="right" w:leader="none" w:pos="8504"/>
      </w:tabs>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Governo do Estado do Rio de Janeiro</w:t>
    </w:r>
  </w:p>
  <w:p w:rsidR="00000000" w:rsidDel="00000000" w:rsidP="00000000" w:rsidRDefault="00000000" w:rsidRPr="00000000" w14:paraId="00000032">
    <w:pPr>
      <w:tabs>
        <w:tab w:val="center" w:leader="none" w:pos="4252"/>
        <w:tab w:val="right" w:leader="none" w:pos="8504"/>
      </w:tabs>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Secretaria de Estado de Ciência, Tecnologia e Inovação</w:t>
    </w:r>
  </w:p>
  <w:p w:rsidR="00000000" w:rsidDel="00000000" w:rsidP="00000000" w:rsidRDefault="00000000" w:rsidRPr="00000000" w14:paraId="00000033">
    <w:pPr>
      <w:tabs>
        <w:tab w:val="center" w:leader="none" w:pos="4252"/>
        <w:tab w:val="right" w:leader="none" w:pos="8504"/>
      </w:tabs>
      <w:spacing w:after="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Fundação Centro de Ciências e Educação Superior a Distância do Estado do Rio de Janeiro</w:t>
    </w:r>
  </w:p>
  <w:p w:rsidR="00000000" w:rsidDel="00000000" w:rsidP="00000000" w:rsidRDefault="00000000" w:rsidRPr="00000000" w14:paraId="00000034">
    <w:pPr>
      <w:tabs>
        <w:tab w:val="center" w:leader="none" w:pos="4252"/>
        <w:tab w:val="right" w:leader="none" w:pos="8504"/>
      </w:tabs>
      <w:spacing w:after="0" w:line="24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5">
    <w:pPr>
      <w:tabs>
        <w:tab w:val="center" w:leader="none" w:pos="4252"/>
        <w:tab w:val="right" w:leader="none" w:pos="8504"/>
      </w:tabs>
      <w:spacing w:after="0" w:line="240" w:lineRule="auto"/>
      <w:jc w:val="left"/>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6">
    <w:pPr>
      <w:spacing w:after="0" w:line="360" w:lineRule="auto"/>
      <w:jc w:val="center"/>
      <w:rPr>
        <w:rFonts w:ascii="Questrial" w:cs="Questrial" w:eastAsia="Questrial" w:hAnsi="Questrial"/>
        <w:b w:val="1"/>
        <w:bCs w:val="1"/>
        <w:sz w:val="24"/>
        <w:szCs w:val="24"/>
      </w:rPr>
    </w:pPr>
    <w:r w:rsidDel="00000000" w:rsidR="00000000" w:rsidRPr="00000000">
      <w:rPr>
        <w:rFonts w:ascii="Questrial" w:cs="Questrial" w:eastAsia="Questrial" w:hAnsi="Questrial"/>
        <w:b w:val="1"/>
        <w:bCs w:val="1"/>
        <w:sz w:val="24"/>
        <w:szCs w:val="24"/>
        <w:rtl w:val="0"/>
      </w:rPr>
      <w:t xml:space="preserve">ANEXO V  – DECLARAÇÃO ÚNICA DO CANDIDATO</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Questrial-regular.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0Ys6HOtPUuBGGs56nOfd+GKL/w==">CgMxLjA4AHIhMUZiRzliUmVJZTQ4VlJLa0ViUE1qV2RiWXBYWHVrRGdE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